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F306CD" w14:paraId="357B6F06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171717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4D70B5AA" w14:textId="77777777" w:rsidR="00F306CD" w:rsidRDefault="00000000" w:rsidP="00BC7700">
            <w:r>
              <w:rPr>
                <w:rFonts w:ascii="Georgia" w:hAnsi="Georgia"/>
                <w:b/>
                <w:color w:val="FFFFFF"/>
                <w:sz w:val="40"/>
              </w:rPr>
              <w:t>SLAGERIJ BREUGEL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171717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77F60DC6" w14:textId="77777777" w:rsidR="00F306CD" w:rsidRDefault="00000000">
            <w:pPr>
              <w:jc w:val="right"/>
            </w:pPr>
            <w:r>
              <w:rPr>
                <w:rFonts w:ascii="Aptos" w:hAnsi="Aptos"/>
                <w:b/>
                <w:color w:val="DCE5B7"/>
              </w:rPr>
              <w:t>WEEKMENU 2026 - 2027</w:t>
            </w:r>
          </w:p>
        </w:tc>
      </w:tr>
    </w:tbl>
    <w:p w14:paraId="5B5F0A07" w14:textId="77777777" w:rsidR="00F306CD" w:rsidRDefault="00000000">
      <w:pPr>
        <w:spacing w:before="280" w:after="40"/>
        <w:jc w:val="center"/>
      </w:pPr>
      <w:r>
        <w:rPr>
          <w:rFonts w:ascii="Georgia" w:hAnsi="Georgia"/>
          <w:b/>
          <w:color w:val="171717"/>
          <w:sz w:val="48"/>
        </w:rPr>
        <w:t>ELKE WEEK LEKKER ETEN</w:t>
      </w:r>
    </w:p>
    <w:p w14:paraId="68108801" w14:textId="77777777" w:rsidR="00F306CD" w:rsidRPr="00BC7700" w:rsidRDefault="00000000">
      <w:pPr>
        <w:spacing w:after="160"/>
        <w:jc w:val="center"/>
        <w:rPr>
          <w:b/>
          <w:bCs/>
        </w:rPr>
      </w:pPr>
      <w:r w:rsidRPr="00BC7700">
        <w:rPr>
          <w:rFonts w:ascii="Georgia" w:hAnsi="Georgia"/>
          <w:b/>
          <w:bCs/>
          <w:color w:val="71833F"/>
          <w:sz w:val="32"/>
        </w:rPr>
        <w:t>zonder zelf te koken</w:t>
      </w:r>
    </w:p>
    <w:p w14:paraId="6EE4DB43" w14:textId="77777777" w:rsidR="00BC7700" w:rsidRPr="00BC7700" w:rsidRDefault="00000000">
      <w:pPr>
        <w:jc w:val="center"/>
        <w:rPr>
          <w:rFonts w:ascii="Aptos" w:hAnsi="Aptos"/>
          <w:b/>
          <w:bCs/>
          <w:color w:val="5B5B5B"/>
          <w:sz w:val="24"/>
          <w:szCs w:val="28"/>
          <w:lang w:val="nl-BE"/>
        </w:rPr>
      </w:pPr>
      <w:r w:rsidRPr="00BC7700">
        <w:rPr>
          <w:rFonts w:ascii="Aptos" w:hAnsi="Aptos"/>
          <w:b/>
          <w:bCs/>
          <w:color w:val="5B5B5B"/>
          <w:sz w:val="24"/>
          <w:szCs w:val="28"/>
          <w:lang w:val="nl-BE"/>
        </w:rPr>
        <w:t xml:space="preserve">Vers bereid in onze keuken in Tervuren. </w:t>
      </w:r>
    </w:p>
    <w:p w14:paraId="5D3E89EB" w14:textId="74FED2AB" w:rsidR="00F306CD" w:rsidRPr="00BC7700" w:rsidRDefault="00000000">
      <w:pPr>
        <w:jc w:val="center"/>
        <w:rPr>
          <w:b/>
          <w:bCs/>
          <w:sz w:val="28"/>
          <w:szCs w:val="28"/>
          <w:lang w:val="nl-BE"/>
        </w:rPr>
      </w:pPr>
      <w:r w:rsidRPr="00BC7700">
        <w:rPr>
          <w:rFonts w:ascii="Aptos" w:hAnsi="Aptos"/>
          <w:b/>
          <w:bCs/>
          <w:color w:val="5B5B5B"/>
          <w:sz w:val="24"/>
          <w:szCs w:val="28"/>
          <w:lang w:val="nl-BE"/>
        </w:rPr>
        <w:t>Kies elke week uit voorgerechten, hoofdgerechten en desserts en stel zelf je menu samen.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:rsidRPr="00BC7700" w14:paraId="4B47D8EE" w14:textId="77777777">
        <w:trPr>
          <w:jc w:val="center"/>
        </w:trPr>
        <w:tc>
          <w:tcPr>
            <w:tcW w:w="3459" w:type="dxa"/>
            <w:tcBorders>
              <w:top w:val="single" w:sz="6" w:space="0" w:color="D7DDBF"/>
              <w:left w:val="single" w:sz="6" w:space="0" w:color="D7DDBF"/>
              <w:bottom w:val="single" w:sz="6" w:space="0" w:color="D7DDBF"/>
              <w:right w:val="single" w:sz="6" w:space="0" w:color="D7DDBF"/>
            </w:tcBorders>
            <w:shd w:val="clear" w:color="auto" w:fill="EEF0E3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433DEA5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color w:val="71833F"/>
                <w:sz w:val="40"/>
              </w:rPr>
              <w:t>🍴</w:t>
            </w:r>
          </w:p>
          <w:p w14:paraId="3954E480" w14:textId="77777777" w:rsidR="00F306CD" w:rsidRPr="00BC7700" w:rsidRDefault="00000000">
            <w:pPr>
              <w:spacing w:after="20"/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b/>
                <w:color w:val="71833F"/>
                <w:sz w:val="20"/>
                <w:lang w:val="nl-BE"/>
              </w:rPr>
              <w:t>€17 PER PERSOON</w:t>
            </w:r>
          </w:p>
          <w:p w14:paraId="08CEDFDD" w14:textId="77777777" w:rsidR="00F306CD" w:rsidRPr="00BC7700" w:rsidRDefault="00000000">
            <w:pPr>
              <w:spacing w:after="0"/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6"/>
                <w:lang w:val="nl-BE"/>
              </w:rPr>
              <w:t>voorgerecht + hoofdgerecht + dessert</w:t>
            </w:r>
          </w:p>
        </w:tc>
        <w:tc>
          <w:tcPr>
            <w:tcW w:w="3459" w:type="dxa"/>
            <w:tcBorders>
              <w:top w:val="single" w:sz="6" w:space="0" w:color="D7DDBF"/>
              <w:left w:val="single" w:sz="6" w:space="0" w:color="D7DDBF"/>
              <w:bottom w:val="single" w:sz="6" w:space="0" w:color="D7DDBF"/>
              <w:right w:val="single" w:sz="6" w:space="0" w:color="D7DDBF"/>
            </w:tcBorders>
            <w:shd w:val="clear" w:color="auto" w:fill="EEF0E3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036EE134" w14:textId="77777777" w:rsidR="00F306CD" w:rsidRDefault="00000000">
            <w:pPr>
              <w:jc w:val="center"/>
            </w:pPr>
            <w:r>
              <w:rPr>
                <w:rFonts w:ascii="Aptos" w:hAnsi="Aptos"/>
                <w:color w:val="71833F"/>
                <w:sz w:val="40"/>
              </w:rPr>
              <w:t>🚚</w:t>
            </w:r>
          </w:p>
          <w:p w14:paraId="4FC2390B" w14:textId="77777777" w:rsidR="00F306CD" w:rsidRDefault="00000000">
            <w:pPr>
              <w:spacing w:after="20"/>
              <w:jc w:val="center"/>
            </w:pPr>
            <w:r>
              <w:rPr>
                <w:rFonts w:ascii="Aptos" w:hAnsi="Aptos"/>
                <w:b/>
                <w:color w:val="71833F"/>
                <w:sz w:val="20"/>
              </w:rPr>
              <w:t>GRATIS THUISLEVERING</w:t>
            </w:r>
          </w:p>
          <w:p w14:paraId="69133AD4" w14:textId="77777777" w:rsidR="00F306CD" w:rsidRDefault="00000000">
            <w:pPr>
              <w:spacing w:after="0"/>
              <w:jc w:val="center"/>
            </w:pPr>
            <w:r>
              <w:rPr>
                <w:rFonts w:ascii="Aptos" w:hAnsi="Aptos"/>
                <w:color w:val="171717"/>
                <w:sz w:val="16"/>
              </w:rPr>
              <w:t>vanaf €40</w:t>
            </w:r>
          </w:p>
        </w:tc>
        <w:tc>
          <w:tcPr>
            <w:tcW w:w="3459" w:type="dxa"/>
            <w:tcBorders>
              <w:top w:val="single" w:sz="6" w:space="0" w:color="D7DDBF"/>
              <w:left w:val="single" w:sz="6" w:space="0" w:color="D7DDBF"/>
              <w:bottom w:val="single" w:sz="6" w:space="0" w:color="D7DDBF"/>
              <w:right w:val="single" w:sz="6" w:space="0" w:color="D7DDBF"/>
            </w:tcBorders>
            <w:shd w:val="clear" w:color="auto" w:fill="EEF0E3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21C4BD1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color w:val="71833F"/>
                <w:sz w:val="40"/>
              </w:rPr>
              <w:t>🛍</w:t>
            </w:r>
          </w:p>
          <w:p w14:paraId="13961E27" w14:textId="77777777" w:rsidR="00F306CD" w:rsidRPr="00BC7700" w:rsidRDefault="00000000">
            <w:pPr>
              <w:spacing w:after="20"/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b/>
                <w:color w:val="71833F"/>
                <w:sz w:val="20"/>
                <w:lang w:val="nl-BE"/>
              </w:rPr>
              <w:t>AFHALEN</w:t>
            </w:r>
          </w:p>
          <w:p w14:paraId="010F8401" w14:textId="77777777" w:rsidR="00F306CD" w:rsidRPr="00BC7700" w:rsidRDefault="00000000">
            <w:pPr>
              <w:spacing w:after="0"/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6"/>
                <w:lang w:val="nl-BE"/>
              </w:rPr>
              <w:t>eenvoudig afhalen in de winkel</w:t>
            </w:r>
          </w:p>
        </w:tc>
      </w:tr>
    </w:tbl>
    <w:p w14:paraId="1E59EFA4" w14:textId="77777777" w:rsidR="00F306CD" w:rsidRPr="00BC7700" w:rsidRDefault="00000000">
      <w:pPr>
        <w:spacing w:before="140"/>
        <w:jc w:val="center"/>
        <w:rPr>
          <w:b/>
          <w:bCs/>
          <w:sz w:val="28"/>
          <w:szCs w:val="28"/>
          <w:lang w:val="nl-BE"/>
        </w:rPr>
      </w:pPr>
      <w:r w:rsidRPr="00BC7700">
        <w:rPr>
          <w:rFonts w:ascii="Aptos" w:hAnsi="Aptos"/>
          <w:b/>
          <w:bCs/>
          <w:color w:val="5B5B5B"/>
          <w:szCs w:val="28"/>
          <w:lang w:val="nl-BE"/>
        </w:rPr>
        <w:t>Bestel voor 9u en wij gaan dezelfde dag voor je aan de slag.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0D6F6306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B4B28F6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1/9 – 5/9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30EF558D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536A83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🥣  VOORGERECHTEN</w:t>
            </w:r>
          </w:p>
          <w:p w14:paraId="1CDEE61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Couscous salade</w:t>
            </w:r>
          </w:p>
          <w:p w14:paraId="2E2E0A73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Rode biet salade feta</w:t>
            </w:r>
          </w:p>
          <w:p w14:paraId="3753AE8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Currysoep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05C29B9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0AB9512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Varkenshaasje in champignonsaus met puree</w:t>
            </w:r>
          </w:p>
          <w:p w14:paraId="026B592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pepersaus met krieltjes</w:t>
            </w:r>
          </w:p>
          <w:p w14:paraId="6B47FD0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Vispannetje + 2 euro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3C35A9A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38779AF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Creme brulée</w:t>
            </w:r>
          </w:p>
          <w:p w14:paraId="5F81BBF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Mousse van speculaas</w:t>
            </w:r>
          </w:p>
          <w:p w14:paraId="0F14EDB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</w:tc>
      </w:tr>
    </w:tbl>
    <w:p w14:paraId="68B1C92D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4B91E8FD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77FC414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7/9 – 13/9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7BE1289A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7A414D1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🥣  VOORGERECHTEN</w:t>
            </w:r>
          </w:p>
          <w:p w14:paraId="2CBF66C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Wortel coco’s soep</w:t>
            </w:r>
          </w:p>
          <w:p w14:paraId="45D6936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Quinoa feta salade</w:t>
            </w:r>
          </w:p>
          <w:p w14:paraId="53E15EE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Watermeloen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801F21A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4DB1756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me truffel en champignon</w:t>
            </w:r>
          </w:p>
          <w:p w14:paraId="2BF300B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Vogelenestjes met Griekse pasta</w:t>
            </w:r>
          </w:p>
          <w:p w14:paraId="246E1FD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currysaus met rijst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FC8C5B6" w14:textId="77777777" w:rsidR="00F306CD" w:rsidRPr="00BC7700" w:rsidRDefault="00000000">
            <w:pPr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>♡  DESSERTS</w:t>
            </w:r>
          </w:p>
          <w:p w14:paraId="4455B6F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Rijstpap met rode vruchten</w:t>
            </w:r>
          </w:p>
          <w:p w14:paraId="27586E5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Mousse van speculaas</w:t>
            </w:r>
          </w:p>
          <w:p w14:paraId="068D757E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</w:tc>
      </w:tr>
    </w:tbl>
    <w:p w14:paraId="07DFA73E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013FC03F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9C04C67" w14:textId="5CBC7DF8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6/9 – 20/9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:rsidRPr="00BC7700" w14:paraId="1021CCE5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5BEE68A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079EF1B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Minestrone soep</w:t>
            </w:r>
          </w:p>
          <w:p w14:paraId="77AB8D3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Witte bonensalade met zongedroogde tomaat, feta en pesto</w:t>
            </w:r>
          </w:p>
          <w:p w14:paraId="0B557D7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Mozzarella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9BAD4E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3F87B01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Chinese rijst met kip en groentjes</w:t>
            </w:r>
          </w:p>
          <w:p w14:paraId="537B1EF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Brochette met gegrilde groenten en couscous</w:t>
            </w:r>
          </w:p>
          <w:p w14:paraId="35600E4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Gegrilde aubergine met feta en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11068C6" w14:textId="77777777" w:rsidR="00F306CD" w:rsidRPr="00BC7700" w:rsidRDefault="00000000">
            <w:pPr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>♡  DESSERTS</w:t>
            </w:r>
          </w:p>
          <w:p w14:paraId="2D90498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Mouse van speculaas</w:t>
            </w:r>
          </w:p>
          <w:p w14:paraId="1360779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Brownie</w:t>
            </w:r>
          </w:p>
          <w:p w14:paraId="76D979C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Kaasplankje</w:t>
            </w:r>
          </w:p>
        </w:tc>
      </w:tr>
    </w:tbl>
    <w:p w14:paraId="7BBE1B92" w14:textId="77777777" w:rsidR="00F306CD" w:rsidRPr="00BC7700" w:rsidRDefault="00F306CD">
      <w:pPr>
        <w:spacing w:after="120"/>
        <w:rPr>
          <w:lang w:val="nl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481B51B8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7349A96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lastRenderedPageBreak/>
              <w:t>WEEK VAN  23/9-27/9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1DD1AC1A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B1AE8E4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326565F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Witte bonen humus met crackers</w:t>
            </w:r>
          </w:p>
          <w:p w14:paraId="7706A21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Champignon room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soep</w:t>
            </w:r>
            <w:proofErr w:type="spellEnd"/>
          </w:p>
          <w:p w14:paraId="5484CD2E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Green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5C0378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3A1FEDE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Coque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au vin</w:t>
            </w:r>
          </w:p>
          <w:p w14:paraId="75F6439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met gerookte zalm</w:t>
            </w:r>
          </w:p>
          <w:p w14:paraId="038B795C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Wok van kip met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noodles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8BB63D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67F0EE8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Panna cotta van vanille</w:t>
            </w:r>
          </w:p>
          <w:p w14:paraId="20FC050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Witte chocolade mousse</w:t>
            </w:r>
          </w:p>
          <w:p w14:paraId="7F593EF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Friands koekjes</w:t>
            </w:r>
          </w:p>
        </w:tc>
      </w:tr>
    </w:tbl>
    <w:p w14:paraId="0FC42C9A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3611045C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139EB9F" w14:textId="46396AD6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30/9 – 4/10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0F6AF77F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5E10FD8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629A3D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Tom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khakai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soep</w:t>
            </w:r>
          </w:p>
          <w:p w14:paraId="667E544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salade</w:t>
            </w:r>
          </w:p>
          <w:p w14:paraId="177503D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Wortel paprika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roomsoep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F20F7DD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2ED1D24C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Chilli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con carne met rijst</w:t>
            </w:r>
          </w:p>
          <w:p w14:paraId="427D6E9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Vol au vent,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videe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en krieltjes</w:t>
            </w:r>
          </w:p>
          <w:p w14:paraId="6107C36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Gebakken zalmfilet broccoli tomaat + 2euro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1DF7979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543B58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Chocoladepudding</w:t>
            </w:r>
          </w:p>
          <w:p w14:paraId="4197DA1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Mousse van mascarponé</w:t>
            </w:r>
          </w:p>
          <w:p w14:paraId="7996208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Quatre quarts cake</w:t>
            </w:r>
          </w:p>
        </w:tc>
      </w:tr>
    </w:tbl>
    <w:p w14:paraId="15A580CE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22DBD847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94B251F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7/10-11/10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79289CC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704D03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3EB5BA0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Prei curry soep</w:t>
            </w:r>
          </w:p>
          <w:p w14:paraId="5CAF9BA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groene pesto</w:t>
            </w:r>
          </w:p>
          <w:p w14:paraId="57F2429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Wortel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kokos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3F138D5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581DE9A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Penne kip champignon</w:t>
            </w:r>
          </w:p>
          <w:p w14:paraId="0E9A17F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Stoofpotje grootmoederswijze</w:t>
            </w:r>
          </w:p>
          <w:p w14:paraId="4897411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Scampi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diabolique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+ 2euro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DA8023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6168E38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Creme brulé</w:t>
            </w:r>
          </w:p>
          <w:p w14:paraId="0FEE524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  <w:p w14:paraId="44D7D85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Fruitsla</w:t>
            </w:r>
          </w:p>
        </w:tc>
      </w:tr>
    </w:tbl>
    <w:p w14:paraId="3BBD1FF1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1EBAEA52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66607D7C" w14:textId="23C4621F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14/10-18/10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0DDC27C3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3BC1154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0F1663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Champignonroomsoep</w:t>
            </w:r>
          </w:p>
          <w:p w14:paraId="27EADCE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 met balletjes</w:t>
            </w:r>
          </w:p>
          <w:p w14:paraId="7829D8C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Rode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biet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86ED123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4E5A336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Victoriabaars  pasta broccoli rode pesto + 2euro</w:t>
            </w:r>
          </w:p>
          <w:p w14:paraId="75731B2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Tikimasala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rijst groentjes</w:t>
            </w:r>
          </w:p>
          <w:p w14:paraId="5BE6C45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Hache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parmentier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F066D82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4A3E76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4EF0FF5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Chocolademousse</w:t>
            </w:r>
          </w:p>
          <w:p w14:paraId="0E81350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Roché</w:t>
            </w:r>
          </w:p>
        </w:tc>
      </w:tr>
    </w:tbl>
    <w:p w14:paraId="51EE0BA0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38822187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440E446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21/10-25/10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36F66A9B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34D188C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FB3B14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Knolseldersoep</w:t>
            </w:r>
          </w:p>
          <w:p w14:paraId="5BA441A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</w:t>
            </w:r>
          </w:p>
          <w:p w14:paraId="4777E70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DE5FFC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5B9377F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Witloof ham kaas met puree</w:t>
            </w:r>
          </w:p>
          <w:p w14:paraId="436F5CA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Vispannetjes + 2euro</w:t>
            </w:r>
          </w:p>
          <w:p w14:paraId="22419B6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Vogeltje zonder kop in champignonsaus met witloof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9F29AA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B22C36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Speculoosmousse</w:t>
            </w:r>
          </w:p>
          <w:p w14:paraId="7FAFAAC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 pudding</w:t>
            </w:r>
          </w:p>
          <w:p w14:paraId="1138468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Madeleine</w:t>
            </w:r>
          </w:p>
        </w:tc>
      </w:tr>
    </w:tbl>
    <w:p w14:paraId="266493AD" w14:textId="77777777" w:rsidR="00F306CD" w:rsidRDefault="00F306CD">
      <w:pPr>
        <w:spacing w:after="120"/>
      </w:pPr>
    </w:p>
    <w:p w14:paraId="7B8225BE" w14:textId="77777777" w:rsidR="00F306CD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47ED83A7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AEED851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lastRenderedPageBreak/>
              <w:t>WEEK VAN  28/10-1/11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1381BFCD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DE06A8A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🥣  VOORGERECHTEN</w:t>
            </w:r>
          </w:p>
          <w:p w14:paraId="25643E4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Broccoliroom soep</w:t>
            </w:r>
          </w:p>
          <w:p w14:paraId="11B5CCF0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Witloofroomsoep</w:t>
            </w:r>
          </w:p>
          <w:p w14:paraId="0683CDEF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Thaise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9800CE4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107B29B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Pasta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carbonara</w:t>
            </w:r>
            <w:proofErr w:type="spellEnd"/>
          </w:p>
          <w:p w14:paraId="5FFD509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Vleesbroodje in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jagersaus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en krieltjes</w:t>
            </w:r>
          </w:p>
          <w:p w14:paraId="1409804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Varkenshaasje in peperroomsaus met puree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B8B125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314A5DD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Creme brulé</w:t>
            </w:r>
          </w:p>
          <w:p w14:paraId="0CFE74E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Rijstpap</w:t>
            </w:r>
          </w:p>
          <w:p w14:paraId="18D737B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</w:tc>
      </w:tr>
    </w:tbl>
    <w:p w14:paraId="73A7DE28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2082688C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A0297B3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4/11 – 8/11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77FE672E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5F19761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04939E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</w:t>
            </w:r>
          </w:p>
          <w:p w14:paraId="743E5E2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Broccoli soep</w:t>
            </w:r>
          </w:p>
          <w:p w14:paraId="17AFE4B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Witloofsalade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1E586B6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6D6DCC3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Lasagne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provencale</w:t>
            </w:r>
            <w:proofErr w:type="spellEnd"/>
          </w:p>
          <w:p w14:paraId="2840E4A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Kalkoen in champignonsaus</w:t>
            </w:r>
          </w:p>
          <w:p w14:paraId="5C909FD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Gebakken zalm in witte wijnsaus + 2euro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3505498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2BCA171F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02E5DA2E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  <w:p w14:paraId="46EFC8F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Chocolademousse</w:t>
            </w:r>
          </w:p>
        </w:tc>
      </w:tr>
    </w:tbl>
    <w:p w14:paraId="75C93550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2C984310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6D5367E" w14:textId="3FF4F297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11/11- 15/11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76777D47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85174A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17F4510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Wortelcitroengras soep</w:t>
            </w:r>
          </w:p>
          <w:p w14:paraId="12D656A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Rosbiefsalade</w:t>
            </w:r>
          </w:p>
          <w:p w14:paraId="43C668C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Witloofsoep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DAF8C84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42AE6A1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Canneloni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,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ricotta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en spinazie</w:t>
            </w:r>
          </w:p>
          <w:p w14:paraId="3828A86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currysaus</w:t>
            </w:r>
          </w:p>
          <w:p w14:paraId="0AD2670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Cordon blue met preipuree en groentjes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4C6E33D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1D086C63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Creme brulée</w:t>
            </w:r>
          </w:p>
          <w:p w14:paraId="6732C18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Mousse van citroen</w:t>
            </w:r>
          </w:p>
          <w:p w14:paraId="2137D873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Speculoosmousse</w:t>
            </w:r>
          </w:p>
        </w:tc>
      </w:tr>
    </w:tbl>
    <w:p w14:paraId="610E1443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5F64237B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42C37C3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18/11 – 22/11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71EA3E0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FB21867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0E5EDE6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groene kruiden</w:t>
            </w:r>
          </w:p>
          <w:p w14:paraId="68876EC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Groentesoep</w:t>
            </w:r>
          </w:p>
          <w:p w14:paraId="2EB1EC8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Tomka kai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ACC2399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047EB10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Witte en zwarte pens met appelmoes</w:t>
            </w:r>
          </w:p>
          <w:p w14:paraId="0B590FC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Varkensgebraad in mosterdsaus</w:t>
            </w:r>
          </w:p>
          <w:p w14:paraId="72BE7F9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Ovenschotel van wintergroenten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132605D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54A7776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379D477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Kaasplankje</w:t>
            </w:r>
          </w:p>
          <w:p w14:paraId="27CAB8C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 pudding petit buerre</w:t>
            </w:r>
          </w:p>
        </w:tc>
      </w:tr>
    </w:tbl>
    <w:p w14:paraId="5D818118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0602E50E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9D5B163" w14:textId="330B4E97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25/11 – 29/11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7FABAFE5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81A0581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5952014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Champignonsoep</w:t>
            </w:r>
          </w:p>
          <w:p w14:paraId="3A07CB5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Mexicaanse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salade</w:t>
            </w:r>
          </w:p>
          <w:p w14:paraId="5810E4E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Knolseldersoep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B2A6E60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45D9276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Stoofpotje op grootmoeders wijze</w:t>
            </w:r>
          </w:p>
          <w:p w14:paraId="36C95BA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Macaroni</w:t>
            </w:r>
          </w:p>
          <w:p w14:paraId="65CF041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Chilli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con carne met rijst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1DBE28E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B8F4E6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Panna cotta</w:t>
            </w:r>
          </w:p>
          <w:p w14:paraId="43BED58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0B1354DF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 mousse</w:t>
            </w:r>
          </w:p>
        </w:tc>
      </w:tr>
    </w:tbl>
    <w:p w14:paraId="7887EFEE" w14:textId="77777777" w:rsidR="00F306CD" w:rsidRDefault="00F306CD">
      <w:pPr>
        <w:spacing w:after="120"/>
      </w:pPr>
    </w:p>
    <w:p w14:paraId="5AC800E2" w14:textId="77777777" w:rsidR="00BC7700" w:rsidRDefault="00BC7700">
      <w:pPr>
        <w:spacing w:after="120"/>
      </w:pPr>
    </w:p>
    <w:p w14:paraId="5E0CF42A" w14:textId="77777777" w:rsidR="00BC7700" w:rsidRDefault="00BC7700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02DF0449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20C7486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lastRenderedPageBreak/>
              <w:t>WEEK VAN  2/12 – 6/12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:rsidRPr="00BC7700" w14:paraId="4CE51D27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0B4228F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599EB11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Chinese soep</w:t>
            </w:r>
          </w:p>
          <w:p w14:paraId="37FC10A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Caesar salade</w:t>
            </w:r>
          </w:p>
          <w:p w14:paraId="5C18907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Uiensoep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56B1A58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68DE782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tomatensaus met krielpatatjes</w:t>
            </w:r>
          </w:p>
          <w:p w14:paraId="39B3AC3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Kipbrochette met gegrilde groentjes en couscous</w:t>
            </w:r>
          </w:p>
          <w:p w14:paraId="3CE250C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Pasta kip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truffel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champignon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14104B5" w14:textId="77777777" w:rsidR="00F306CD" w:rsidRPr="00BC7700" w:rsidRDefault="00000000">
            <w:pPr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>♡  DESSERTS</w:t>
            </w:r>
          </w:p>
          <w:p w14:paraId="465E729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Crème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brûlée</w:t>
            </w:r>
            <w:proofErr w:type="spellEnd"/>
          </w:p>
          <w:p w14:paraId="305FC93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Rijstpap</w:t>
            </w:r>
          </w:p>
          <w:p w14:paraId="65B787E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Mousse van speculaas</w:t>
            </w:r>
          </w:p>
        </w:tc>
      </w:tr>
    </w:tbl>
    <w:p w14:paraId="0C9C4D85" w14:textId="77777777" w:rsidR="00F306CD" w:rsidRPr="00BC7700" w:rsidRDefault="00F306CD">
      <w:pPr>
        <w:spacing w:after="120"/>
        <w:rPr>
          <w:lang w:val="nl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0C9B54BA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A7D8671" w14:textId="31FFCC65" w:rsidR="00F306CD" w:rsidRDefault="00000000">
            <w:pPr>
              <w:jc w:val="center"/>
            </w:pPr>
            <w:r w:rsidRPr="00BC7700">
              <w:rPr>
                <w:lang w:val="nl-BE"/>
              </w:rP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9/12 – 13/12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0FB7AB3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E0E1579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3D5A9BB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Erwtensoep met gerookte ham</w:t>
            </w:r>
          </w:p>
          <w:p w14:paraId="5815D19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Mexicaanse soep</w:t>
            </w:r>
          </w:p>
          <w:p w14:paraId="58167A9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Tikimasala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met rijst en groenten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16948B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6F189E1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met gerookte zalm + 2euro</w:t>
            </w:r>
          </w:p>
          <w:p w14:paraId="1E75454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Hamburger met pepersaus en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seizoensgroentjes</w:t>
            </w:r>
            <w:proofErr w:type="spellEnd"/>
          </w:p>
          <w:p w14:paraId="13EE75F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Moeuilleux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van chocolade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E2FD2FB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4BBDA9A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4621FD33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</w:tc>
      </w:tr>
    </w:tbl>
    <w:p w14:paraId="6A9EF174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:rsidRPr="00BC7700" w14:paraId="513A84C0" w14:textId="77777777">
        <w:trPr>
          <w:jc w:val="center"/>
        </w:trPr>
        <w:tc>
          <w:tcPr>
            <w:tcW w:w="10376" w:type="dxa"/>
            <w:shd w:val="clear" w:color="auto" w:fill="F1E6D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EA1D378" w14:textId="77777777" w:rsidR="00F306CD" w:rsidRPr="00BC7700" w:rsidRDefault="00000000">
            <w:pPr>
              <w:jc w:val="center"/>
              <w:rPr>
                <w:lang w:val="nl-BE"/>
              </w:rPr>
            </w:pPr>
            <w:r w:rsidRPr="00BC7700">
              <w:rPr>
                <w:rFonts w:ascii="Aptos" w:hAnsi="Aptos"/>
                <w:b/>
                <w:color w:val="8A5B2B"/>
                <w:sz w:val="18"/>
                <w:lang w:val="nl-BE"/>
              </w:rPr>
              <w:t xml:space="preserve">FEESTPAUZE  •  Van 16 December Tot 6 Januari Geen </w:t>
            </w:r>
            <w:proofErr w:type="spellStart"/>
            <w:r w:rsidRPr="00BC7700">
              <w:rPr>
                <w:rFonts w:ascii="Aptos" w:hAnsi="Aptos"/>
                <w:b/>
                <w:color w:val="8A5B2B"/>
                <w:sz w:val="18"/>
                <w:lang w:val="nl-BE"/>
              </w:rPr>
              <w:t>Menu’S</w:t>
            </w:r>
            <w:proofErr w:type="spellEnd"/>
          </w:p>
        </w:tc>
      </w:tr>
    </w:tbl>
    <w:p w14:paraId="4D0391CA" w14:textId="77777777" w:rsidR="00F306CD" w:rsidRPr="00BC7700" w:rsidRDefault="00F306CD">
      <w:pPr>
        <w:spacing w:after="40"/>
        <w:rPr>
          <w:lang w:val="nl-B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2BA8FC0F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CFCDCA2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6/1 – 10/1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3FF4C105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CDA90B0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37ED5D1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Prei curry soep</w:t>
            </w:r>
          </w:p>
          <w:p w14:paraId="281A360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Paprika roomsoep</w:t>
            </w:r>
          </w:p>
          <w:p w14:paraId="10981E4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Kervelsoep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6CEABA4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319B733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Gebakken zeebaars, zuiderse groenten en krieltjes</w:t>
            </w:r>
          </w:p>
          <w:p w14:paraId="33A0E1F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Vogelnestje in tomatensaus</w:t>
            </w:r>
          </w:p>
          <w:p w14:paraId="3E0AD0A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met courgette en kip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FF24D9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4D96531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 pudding</w:t>
            </w:r>
          </w:p>
          <w:p w14:paraId="1AFDB780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Ananas en munt</w:t>
            </w:r>
          </w:p>
          <w:p w14:paraId="12757AC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Friands koekjes</w:t>
            </w:r>
          </w:p>
        </w:tc>
      </w:tr>
    </w:tbl>
    <w:p w14:paraId="2B9DBFA6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5F32A536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4DCA1A9" w14:textId="3D511010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13/1 – 17/1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54EAE93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4F8FA2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4EA0CB4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Minestrone soep</w:t>
            </w:r>
          </w:p>
          <w:p w14:paraId="09A4713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Couscoussalade, feta kaas</w:t>
            </w:r>
          </w:p>
          <w:p w14:paraId="04970FF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Bloemkoolroomsoep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24C1BD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2CD41DC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Noodle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met kip en groentjes</w:t>
            </w:r>
          </w:p>
          <w:p w14:paraId="6086667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kriekensaus met krieltjes</w:t>
            </w:r>
          </w:p>
          <w:p w14:paraId="1F164FB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scampi curry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5FC901F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3531C60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Crème brûlée</w:t>
            </w:r>
          </w:p>
          <w:p w14:paraId="518719C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46F44D8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 pap</w:t>
            </w:r>
          </w:p>
        </w:tc>
      </w:tr>
    </w:tbl>
    <w:p w14:paraId="568C0D46" w14:textId="77777777" w:rsidR="00F306CD" w:rsidRDefault="00F306CD">
      <w:pPr>
        <w:spacing w:after="120"/>
      </w:pPr>
    </w:p>
    <w:p w14:paraId="22007A03" w14:textId="77777777" w:rsidR="00BC7700" w:rsidRDefault="00BC7700">
      <w:pPr>
        <w:spacing w:after="120"/>
      </w:pPr>
    </w:p>
    <w:p w14:paraId="7868FD08" w14:textId="77777777" w:rsidR="00BC7700" w:rsidRDefault="00BC7700">
      <w:pPr>
        <w:spacing w:after="120"/>
      </w:pPr>
    </w:p>
    <w:p w14:paraId="572C1C26" w14:textId="77777777" w:rsidR="00BC7700" w:rsidRDefault="00BC7700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79A88F18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5E62865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lastRenderedPageBreak/>
              <w:t>WEEK VAN  20/1 – 24/1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6FA2DCA2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28674D8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0B3D565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Knolselderroomsoep</w:t>
            </w:r>
          </w:p>
          <w:p w14:paraId="4B251EB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Venkel wortelsoep</w:t>
            </w:r>
          </w:p>
          <w:p w14:paraId="6A1842A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Trio van paté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FC1B0EC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04AD26A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Vol au vent met puree</w:t>
            </w:r>
          </w:p>
          <w:p w14:paraId="01B185A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Tartiflette</w:t>
            </w:r>
          </w:p>
          <w:p w14:paraId="12602F9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Kippefilet in champignonsaus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F0F170B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50F3C14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324AE18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Kaasplankje</w:t>
            </w:r>
          </w:p>
          <w:p w14:paraId="7DBA502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Mouse van speculaas</w:t>
            </w:r>
          </w:p>
        </w:tc>
      </w:tr>
    </w:tbl>
    <w:p w14:paraId="55F730A8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652A8E46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6A449C3C" w14:textId="5240B432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27/1 – 31/1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676F316C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CA10386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3810FB5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Wintersoep</w:t>
            </w:r>
          </w:p>
          <w:p w14:paraId="7E86A29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Chinese soep</w:t>
            </w:r>
          </w:p>
          <w:p w14:paraId="0E17D22C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2E6A3B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2522C8F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Coque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au vin</w:t>
            </w:r>
          </w:p>
          <w:p w14:paraId="42849BC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Provencaalse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lasagne</w:t>
            </w:r>
          </w:p>
          <w:p w14:paraId="7457DD6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Braadworst met erwtjes en worteltjes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stoemp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9D6A624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6AB0A38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157EFDF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Brownnie</w:t>
            </w:r>
          </w:p>
          <w:p w14:paraId="43E29B5E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Rijstpap</w:t>
            </w:r>
          </w:p>
        </w:tc>
      </w:tr>
    </w:tbl>
    <w:p w14:paraId="2FC7F8FE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362169D7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5A7EC4F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16/2 – 20/2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66CBD8D4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AE64076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2E43C32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Eitje op grootmoederswijze</w:t>
            </w:r>
          </w:p>
          <w:p w14:paraId="78A2E2F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</w:t>
            </w:r>
          </w:p>
          <w:p w14:paraId="1BEB281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Prei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curry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76D6035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2A109C0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Varkenshaasje in mosterdsaus met krieltjes</w:t>
            </w:r>
          </w:p>
          <w:p w14:paraId="5A3EC36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Witloofrolletje ham en kaas met natuur puree</w:t>
            </w:r>
          </w:p>
          <w:p w14:paraId="34DA76B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Waterzooi van kip en groentjes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C085A50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277D8C20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 pudding petit beure</w:t>
            </w:r>
          </w:p>
          <w:p w14:paraId="1675720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Rijstpap</w:t>
            </w:r>
          </w:p>
          <w:p w14:paraId="32A45E8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</w:tc>
      </w:tr>
    </w:tbl>
    <w:p w14:paraId="354A3128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629DBD0C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66D05D72" w14:textId="174DCC91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23/2 – 27/2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11DFA020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86A5F0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03CBADE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Broccolisoep</w:t>
            </w:r>
          </w:p>
          <w:p w14:paraId="37DBA9D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Caesar salade</w:t>
            </w:r>
          </w:p>
          <w:p w14:paraId="010FBA6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Wortel-gembersoep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36DFF31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3DE3E07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Kipfilet in dragonsaus met krieltjes</w:t>
            </w:r>
          </w:p>
          <w:p w14:paraId="6A27A04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Lasagne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bolognaise</w:t>
            </w:r>
            <w:proofErr w:type="spellEnd"/>
          </w:p>
          <w:p w14:paraId="0D3CBC9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Kabeljauw met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preistoemp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E1B4C1C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2843BFE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4A2643A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Rijstpap</w:t>
            </w:r>
          </w:p>
          <w:p w14:paraId="38FE611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</w:tc>
      </w:tr>
    </w:tbl>
    <w:p w14:paraId="4B0EAD43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3027D7A0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D19C1AE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2/3 – 6/3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649C9742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387DD6F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0E46A9A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</w:t>
            </w:r>
          </w:p>
          <w:p w14:paraId="47E7BD6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Quinoasalade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met feta</w:t>
            </w:r>
          </w:p>
          <w:p w14:paraId="20598EF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Champignonroomsoep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6CEEB0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6B1A6B9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tomatensaus met puree</w:t>
            </w:r>
          </w:p>
          <w:p w14:paraId="6F9D6A3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pesto met kip</w:t>
            </w:r>
          </w:p>
          <w:p w14:paraId="0500F0B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Varkenshaasje met mosterdsaus en groenten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0204905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419E0DC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678421C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Vanillepudding</w:t>
            </w:r>
          </w:p>
          <w:p w14:paraId="5311956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Speculoosmousse</w:t>
            </w:r>
          </w:p>
        </w:tc>
      </w:tr>
    </w:tbl>
    <w:p w14:paraId="6663A3D4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4A978D7D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D37A3E7" w14:textId="1EAD8775" w:rsidR="00F306CD" w:rsidRDefault="00000000">
            <w:pPr>
              <w:jc w:val="center"/>
            </w:pPr>
            <w:r>
              <w:lastRenderedPageBreak/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9/3 – 13/3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6CDFC00F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31BD39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4D9055B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Minestronesoep</w:t>
            </w:r>
          </w:p>
          <w:p w14:paraId="35361B5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Italiaanse salade</w:t>
            </w:r>
          </w:p>
          <w:p w14:paraId="77C4813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Paprikasoep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89F2C25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1D6D74C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Stoofvlees met frietjes</w:t>
            </w:r>
          </w:p>
          <w:p w14:paraId="0B25373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Groentecurry met rijst</w:t>
            </w:r>
          </w:p>
          <w:p w14:paraId="2DC3A1F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Zalm in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witte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wijnsaus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529D6BA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11F6E6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Crème brûlée</w:t>
            </w:r>
          </w:p>
          <w:p w14:paraId="5DDBD85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Chocolademousse</w:t>
            </w:r>
          </w:p>
          <w:p w14:paraId="5607309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Fruitsla</w:t>
            </w:r>
          </w:p>
        </w:tc>
      </w:tr>
    </w:tbl>
    <w:p w14:paraId="5ED7E9EC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5A027D92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C35E0EC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16/3 – 20/3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F5ABB4D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C9840F4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8008E3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Preiroomsoep</w:t>
            </w:r>
          </w:p>
          <w:p w14:paraId="785D531C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Rode biet salade</w:t>
            </w:r>
          </w:p>
          <w:p w14:paraId="2F4A45A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Tom Kha Kai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F5F8B8F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1F79D002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Kip gyros met couscous</w:t>
            </w:r>
          </w:p>
          <w:p w14:paraId="1F2D952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Hachis Parmentier</w:t>
            </w:r>
          </w:p>
          <w:p w14:paraId="32BFA40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Scampi diabolique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D04767B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2F425A00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Panna cotta</w:t>
            </w:r>
          </w:p>
          <w:p w14:paraId="1F837BA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  <w:p w14:paraId="122BA4B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Rijstpap</w:t>
            </w:r>
          </w:p>
        </w:tc>
      </w:tr>
    </w:tbl>
    <w:p w14:paraId="46D04300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427B3EE1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1AFDB42" w14:textId="02325080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23/3 – 27/3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3160DE11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D2817A8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56203A4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Groentesoep</w:t>
            </w:r>
          </w:p>
          <w:p w14:paraId="2D69BDF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Couscous feta salade</w:t>
            </w:r>
          </w:p>
          <w:p w14:paraId="4CA9A1B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Broccolisoep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2ACF1E6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5FC8BBE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Vol-au-vent met puree</w:t>
            </w:r>
          </w:p>
          <w:p w14:paraId="32DE55D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Pasta carbonara</w:t>
            </w:r>
          </w:p>
          <w:p w14:paraId="1690757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Kalkoen in champignonsaus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EF75E4D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32E9846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4389CB8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18528910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Madeleines</w:t>
            </w:r>
          </w:p>
        </w:tc>
      </w:tr>
    </w:tbl>
    <w:p w14:paraId="6C33EEF1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1FD47297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F62794E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30/3 – 3/4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0250E04B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43CC8BF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1AEE229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Wortel-kokossoep</w:t>
            </w:r>
          </w:p>
          <w:p w14:paraId="3CB13D6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Tomaat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mozzarrella</w:t>
            </w:r>
            <w:proofErr w:type="spellEnd"/>
          </w:p>
          <w:p w14:paraId="768DE77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Tomatensoep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CF4D562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17AAE9D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Chili con carne met rijst</w:t>
            </w:r>
          </w:p>
          <w:p w14:paraId="12D9C3C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Provençaalse lasagne</w:t>
            </w:r>
          </w:p>
          <w:p w14:paraId="4737BD7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Zeebaars met groenten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06C962F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20CA7101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Vanillepudding</w:t>
            </w:r>
          </w:p>
          <w:p w14:paraId="115DE45F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Speculoosmousse</w:t>
            </w:r>
          </w:p>
          <w:p w14:paraId="5A0EBC0B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Quatre-quarts</w:t>
            </w:r>
          </w:p>
        </w:tc>
      </w:tr>
    </w:tbl>
    <w:p w14:paraId="73B95F1B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1108D651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EC40537" w14:textId="5F46EC6E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6/4 – 10/4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7BCA606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B1291E8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327438C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Aspergeroomsoep</w:t>
            </w:r>
          </w:p>
          <w:p w14:paraId="2FB2759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Groene salade</w:t>
            </w:r>
          </w:p>
          <w:p w14:paraId="6C571400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Kervelsoep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3A72987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1EF0FEA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Kipfilet met roomsaus en kroketten</w:t>
            </w:r>
          </w:p>
          <w:p w14:paraId="1E671C80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Vegetarische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moussaka</w:t>
            </w:r>
          </w:p>
          <w:p w14:paraId="74BD125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Vispannetje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474B9FF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5D1015D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Crème brûlée</w:t>
            </w:r>
          </w:p>
          <w:p w14:paraId="4D21FD3E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2BFD193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</w:tc>
      </w:tr>
    </w:tbl>
    <w:p w14:paraId="0B3A0E9F" w14:textId="10599743" w:rsidR="00F306CD" w:rsidRDefault="00F306CD">
      <w:pPr>
        <w:spacing w:after="120"/>
      </w:pPr>
    </w:p>
    <w:p w14:paraId="74CE2CED" w14:textId="77777777" w:rsidR="00BC7700" w:rsidRDefault="00BC7700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03B18EEE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D4FA674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lastRenderedPageBreak/>
              <w:t>WEEK VAN  13/4 – 17/4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0376F913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DC4EB52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🥣  VOORGERECHTEN</w:t>
            </w:r>
          </w:p>
          <w:p w14:paraId="16847EB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Champignonsoep</w:t>
            </w:r>
          </w:p>
          <w:p w14:paraId="73FEB2E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Pastasalade pesto</w:t>
            </w:r>
          </w:p>
          <w:p w14:paraId="0D2177F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Chinese 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8044646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3708DBD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Wok kip met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noodles</w:t>
            </w:r>
            <w:proofErr w:type="spellEnd"/>
          </w:p>
          <w:p w14:paraId="69E5F2C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currysaus met rijst</w:t>
            </w:r>
          </w:p>
          <w:p w14:paraId="35A0E22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Varkensgebraad met boontjes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8104AFA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2419591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7B7BECB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Panna cotta</w:t>
            </w:r>
          </w:p>
          <w:p w14:paraId="5C354A79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Chocoladepudding</w:t>
            </w:r>
          </w:p>
        </w:tc>
      </w:tr>
    </w:tbl>
    <w:p w14:paraId="063DFDB6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73CEB08E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46CFA64" w14:textId="249E68A0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20/4 – 24/4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7AB7FCD5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B583CCF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321A98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</w:t>
            </w:r>
          </w:p>
          <w:p w14:paraId="1D71F2E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Caesar salade</w:t>
            </w:r>
          </w:p>
          <w:p w14:paraId="377FF3EA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Broccolisoep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2BD1EB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6C51247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Witloofrolletjes ham-kaas</w:t>
            </w:r>
          </w:p>
          <w:p w14:paraId="7FF16B21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Penne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arrabbiata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met gehakt</w:t>
            </w:r>
          </w:p>
          <w:p w14:paraId="6BA7D94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Gebakken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zalm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met spinazie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1478895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504F857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Speculoosmousse</w:t>
            </w:r>
          </w:p>
          <w:p w14:paraId="15C0B93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Fruitsla</w:t>
            </w:r>
          </w:p>
          <w:p w14:paraId="1D8E64A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</w:tc>
      </w:tr>
    </w:tbl>
    <w:p w14:paraId="7F6B70FC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7177EB6D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7DA6C41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27/4 – 1/5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52DBDF30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08FB16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4396941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Courgettesoep</w:t>
            </w:r>
          </w:p>
          <w:p w14:paraId="02BCFD7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Quinoasalade</w:t>
            </w:r>
            <w:proofErr w:type="spellEnd"/>
          </w:p>
          <w:p w14:paraId="2755A64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Griekse salade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BD829DE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4ECAE5B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Coq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au vin</w:t>
            </w:r>
          </w:p>
          <w:p w14:paraId="58DC776C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Macaroni met kaas en hesp</w:t>
            </w:r>
          </w:p>
          <w:p w14:paraId="1CDE5C6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Kipbrochette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met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gegrilde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groenten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98C948C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412B754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Vanillepudding</w:t>
            </w:r>
          </w:p>
          <w:p w14:paraId="3B3E39DF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5D3EF222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</w:tc>
      </w:tr>
    </w:tbl>
    <w:p w14:paraId="580E104C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7B2C7075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4CE58AC" w14:textId="6C208496" w:rsidR="00F306CD" w:rsidRDefault="00000000">
            <w:pPr>
              <w:jc w:val="center"/>
            </w:pPr>
            <w:r>
              <w:br w:type="page"/>
            </w:r>
            <w:r>
              <w:rPr>
                <w:rFonts w:ascii="Georgia" w:hAnsi="Georgia"/>
                <w:b/>
                <w:color w:val="FFFFFF"/>
                <w:sz w:val="26"/>
              </w:rPr>
              <w:t>WEEK VAN  4/5 – 8/5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737C33CE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2E33E9F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12E65F5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Paprikaroomsoep</w:t>
            </w:r>
          </w:p>
          <w:p w14:paraId="2AE5212B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Griekse salade</w:t>
            </w:r>
          </w:p>
          <w:p w14:paraId="333632C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Minestronesoep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4147EDEA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7F7F051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Hamburger met pepersaus</w:t>
            </w:r>
          </w:p>
          <w:p w14:paraId="46F44B4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Ravioli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ricotta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&amp; spinazie</w:t>
            </w:r>
          </w:p>
          <w:p w14:paraId="24F9CF79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Kabeljauw met tomaat en basilicum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E990A29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027790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Crème brûlée</w:t>
            </w:r>
          </w:p>
          <w:p w14:paraId="355AA283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Brownie</w:t>
            </w:r>
          </w:p>
          <w:p w14:paraId="7119526E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Rijstpap</w:t>
            </w:r>
          </w:p>
        </w:tc>
      </w:tr>
    </w:tbl>
    <w:p w14:paraId="7EDC4AC3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2F905C79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642D0E74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11/5 – 15/5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2E7F7CE9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03849C0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1A7222A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Tom </w:t>
            </w:r>
            <w:proofErr w:type="spellStart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Kha</w:t>
            </w:r>
            <w:proofErr w:type="spellEnd"/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 Kai</w:t>
            </w:r>
          </w:p>
          <w:p w14:paraId="27A7C9E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Rode biet salade</w:t>
            </w:r>
          </w:p>
          <w:p w14:paraId="6AF90146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Bloemkoolroomsoep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DB2C546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7E470F87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Vogelnestjes met puree</w:t>
            </w:r>
          </w:p>
          <w:p w14:paraId="072BAD0D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Pasta truffel &amp; champignon</w:t>
            </w:r>
          </w:p>
          <w:p w14:paraId="319A7AB4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Kalkoenfilet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met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lentegroenten</w:t>
            </w:r>
            <w:proofErr w:type="spellEnd"/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E6220F6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6597417A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Panna cotta</w:t>
            </w:r>
          </w:p>
          <w:p w14:paraId="76B7C36D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02D13233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Friands koekjes</w:t>
            </w:r>
          </w:p>
        </w:tc>
      </w:tr>
    </w:tbl>
    <w:p w14:paraId="6BE7BAD4" w14:textId="77777777" w:rsidR="00F306CD" w:rsidRDefault="00F306CD">
      <w:pPr>
        <w:spacing w:after="120"/>
      </w:pPr>
    </w:p>
    <w:p w14:paraId="33F75319" w14:textId="77777777" w:rsidR="00F306CD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38139FDB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23BB821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lastRenderedPageBreak/>
              <w:t>WEEK VAN  18/5 – 22/5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461FB537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3E8748A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67CBC61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Preicurrysoep</w:t>
            </w:r>
          </w:p>
          <w:p w14:paraId="0F7C73FF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Couscoussalade</w:t>
            </w:r>
          </w:p>
          <w:p w14:paraId="347AC43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Tomatensoep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4C6763A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2CB27FC4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Stoofpotje op grootmoeders wijze</w:t>
            </w:r>
          </w:p>
          <w:p w14:paraId="56DC3CDF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 xml:space="preserve">• </w:t>
            </w:r>
            <w:proofErr w:type="spellStart"/>
            <w:r>
              <w:rPr>
                <w:rFonts w:ascii="Aptos" w:hAnsi="Aptos"/>
                <w:color w:val="171717"/>
                <w:sz w:val="17"/>
              </w:rPr>
              <w:t>Groentequiche</w:t>
            </w:r>
            <w:proofErr w:type="spellEnd"/>
            <w:r>
              <w:rPr>
                <w:rFonts w:ascii="Aptos" w:hAnsi="Aptos"/>
                <w:color w:val="171717"/>
                <w:sz w:val="17"/>
              </w:rPr>
              <w:t xml:space="preserve"> met salade</w:t>
            </w:r>
          </w:p>
          <w:p w14:paraId="5A18197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Scampi in lookroom (+ €2)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995DDFE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35724B77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Tiramisu</w:t>
            </w:r>
          </w:p>
          <w:p w14:paraId="7CC5E72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Vanillepudding</w:t>
            </w:r>
          </w:p>
          <w:p w14:paraId="4F42861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Speculoosmousse</w:t>
            </w:r>
          </w:p>
        </w:tc>
      </w:tr>
    </w:tbl>
    <w:p w14:paraId="4977DF0A" w14:textId="77777777" w:rsidR="00F306CD" w:rsidRDefault="00F306CD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306CD" w14:paraId="1F8328AF" w14:textId="77777777">
        <w:trPr>
          <w:jc w:val="center"/>
        </w:trPr>
        <w:tc>
          <w:tcPr>
            <w:tcW w:w="10376" w:type="dxa"/>
            <w:shd w:val="clear" w:color="auto" w:fill="71833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6B4573B" w14:textId="77777777" w:rsidR="00F306CD" w:rsidRDefault="00000000">
            <w:pPr>
              <w:jc w:val="center"/>
            </w:pPr>
            <w:r>
              <w:rPr>
                <w:rFonts w:ascii="Georgia" w:hAnsi="Georgia"/>
                <w:b/>
                <w:color w:val="FFFFFF"/>
                <w:sz w:val="26"/>
              </w:rPr>
              <w:t>WEEK VAN  25/5 – 29/5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F306CD" w14:paraId="538B2453" w14:textId="77777777">
        <w:trPr>
          <w:jc w:val="center"/>
        </w:trPr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5BC8889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🥣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VOORGERECHTEN</w:t>
            </w:r>
          </w:p>
          <w:p w14:paraId="2CCEA3C5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Groentesoep</w:t>
            </w:r>
          </w:p>
          <w:p w14:paraId="0E6D98A8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Mozzarella salade</w:t>
            </w:r>
          </w:p>
          <w:p w14:paraId="1D862193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Champignonsoep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2F0E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DC2D540" w14:textId="77777777" w:rsidR="00F306CD" w:rsidRPr="00BC7700" w:rsidRDefault="00000000">
            <w:pPr>
              <w:jc w:val="center"/>
              <w:rPr>
                <w:lang w:val="nl-BE"/>
              </w:rPr>
            </w:pPr>
            <w:r>
              <w:rPr>
                <w:rFonts w:ascii="Aptos" w:hAnsi="Aptos"/>
                <w:b/>
                <w:color w:val="71833F"/>
                <w:sz w:val="18"/>
              </w:rPr>
              <w:t>🍽</w:t>
            </w:r>
            <w:r w:rsidRPr="00BC7700">
              <w:rPr>
                <w:rFonts w:ascii="Aptos" w:hAnsi="Aptos"/>
                <w:b/>
                <w:color w:val="71833F"/>
                <w:sz w:val="18"/>
                <w:lang w:val="nl-BE"/>
              </w:rPr>
              <w:t xml:space="preserve">  HOOFDGERECHTEN</w:t>
            </w:r>
          </w:p>
          <w:p w14:paraId="767BD1B6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Balletjes in pepersaus met krieltjes</w:t>
            </w:r>
          </w:p>
          <w:p w14:paraId="07292EAE" w14:textId="09CE0FEE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 xml:space="preserve">• Pasta </w:t>
            </w:r>
            <w:r w:rsidR="00BC7700">
              <w:rPr>
                <w:rFonts w:ascii="Aptos" w:hAnsi="Aptos"/>
                <w:color w:val="171717"/>
                <w:sz w:val="17"/>
                <w:lang w:val="nl-BE"/>
              </w:rPr>
              <w:t xml:space="preserve">provinciale </w:t>
            </w:r>
          </w:p>
          <w:p w14:paraId="51F06A8E" w14:textId="77777777" w:rsidR="00F306CD" w:rsidRPr="00BC7700" w:rsidRDefault="00000000">
            <w:pPr>
              <w:spacing w:after="60"/>
              <w:rPr>
                <w:lang w:val="nl-BE"/>
              </w:rPr>
            </w:pPr>
            <w:r w:rsidRPr="00BC7700">
              <w:rPr>
                <w:rFonts w:ascii="Aptos" w:hAnsi="Aptos"/>
                <w:color w:val="171717"/>
                <w:sz w:val="17"/>
                <w:lang w:val="nl-BE"/>
              </w:rPr>
              <w:t>• Varkenshaasje met peperroomsaus</w:t>
            </w:r>
          </w:p>
        </w:tc>
        <w:tc>
          <w:tcPr>
            <w:tcW w:w="3459" w:type="dxa"/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</w:tcBorders>
            <w:shd w:val="clear" w:color="auto" w:fill="F7F3E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F349CE9" w14:textId="77777777" w:rsidR="00F306CD" w:rsidRDefault="00000000">
            <w:pPr>
              <w:jc w:val="center"/>
            </w:pPr>
            <w:r>
              <w:rPr>
                <w:rFonts w:ascii="Aptos" w:hAnsi="Aptos"/>
                <w:b/>
                <w:color w:val="71833F"/>
                <w:sz w:val="18"/>
              </w:rPr>
              <w:t>♡  DESSERTS</w:t>
            </w:r>
          </w:p>
          <w:p w14:paraId="70744985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Chocomousse</w:t>
            </w:r>
          </w:p>
          <w:p w14:paraId="383559F8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Crème brûlée</w:t>
            </w:r>
          </w:p>
          <w:p w14:paraId="71C9533C" w14:textId="77777777" w:rsidR="00F306CD" w:rsidRDefault="00000000">
            <w:pPr>
              <w:spacing w:after="60"/>
            </w:pPr>
            <w:r>
              <w:rPr>
                <w:rFonts w:ascii="Aptos" w:hAnsi="Aptos"/>
                <w:color w:val="171717"/>
                <w:sz w:val="17"/>
              </w:rPr>
              <w:t>• Kaasplankje</w:t>
            </w:r>
          </w:p>
        </w:tc>
      </w:tr>
    </w:tbl>
    <w:p w14:paraId="1BFD63FD" w14:textId="77777777" w:rsidR="00F306CD" w:rsidRDefault="00F306CD" w:rsidP="00BC7700">
      <w:pPr>
        <w:spacing w:after="120"/>
      </w:pPr>
    </w:p>
    <w:sectPr w:rsidR="00F306CD" w:rsidSect="00034616">
      <w:footerReference w:type="default" r:id="rId8"/>
      <w:pgSz w:w="11906" w:h="16838"/>
      <w:pgMar w:top="680" w:right="765" w:bottom="680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E069" w14:textId="77777777" w:rsidR="00D84C3F" w:rsidRDefault="00D84C3F">
      <w:pPr>
        <w:spacing w:after="0" w:line="240" w:lineRule="auto"/>
      </w:pPr>
      <w:r>
        <w:separator/>
      </w:r>
    </w:p>
  </w:endnote>
  <w:endnote w:type="continuationSeparator" w:id="0">
    <w:p w14:paraId="311F7B65" w14:textId="77777777" w:rsidR="00D84C3F" w:rsidRDefault="00D8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A260" w14:textId="77777777" w:rsidR="00F306CD" w:rsidRPr="00BC7700" w:rsidRDefault="00000000">
    <w:pPr>
      <w:pStyle w:val="Voettekst"/>
      <w:jc w:val="center"/>
      <w:rPr>
        <w:lang w:val="nl-BE"/>
      </w:rPr>
    </w:pPr>
    <w:r w:rsidRPr="00BC7700">
      <w:rPr>
        <w:rFonts w:ascii="Aptos" w:hAnsi="Aptos"/>
        <w:color w:val="5B5B5B"/>
        <w:sz w:val="16"/>
        <w:lang w:val="nl-BE"/>
      </w:rPr>
      <w:t>Slagerij Breugel  •  Tervuren  •  www.slagerijbreugel.be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85A7" w14:textId="77777777" w:rsidR="00D84C3F" w:rsidRDefault="00D84C3F">
      <w:pPr>
        <w:spacing w:after="0" w:line="240" w:lineRule="auto"/>
      </w:pPr>
      <w:r>
        <w:separator/>
      </w:r>
    </w:p>
  </w:footnote>
  <w:footnote w:type="continuationSeparator" w:id="0">
    <w:p w14:paraId="6A605E68" w14:textId="77777777" w:rsidR="00D84C3F" w:rsidRDefault="00D84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8843251">
    <w:abstractNumId w:val="8"/>
  </w:num>
  <w:num w:numId="2" w16cid:durableId="1546287574">
    <w:abstractNumId w:val="6"/>
  </w:num>
  <w:num w:numId="3" w16cid:durableId="1715960325">
    <w:abstractNumId w:val="5"/>
  </w:num>
  <w:num w:numId="4" w16cid:durableId="1224096082">
    <w:abstractNumId w:val="4"/>
  </w:num>
  <w:num w:numId="5" w16cid:durableId="393747037">
    <w:abstractNumId w:val="7"/>
  </w:num>
  <w:num w:numId="6" w16cid:durableId="430856479">
    <w:abstractNumId w:val="3"/>
  </w:num>
  <w:num w:numId="7" w16cid:durableId="346563568">
    <w:abstractNumId w:val="2"/>
  </w:num>
  <w:num w:numId="8" w16cid:durableId="838275693">
    <w:abstractNumId w:val="1"/>
  </w:num>
  <w:num w:numId="9" w16cid:durableId="77209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C42CE"/>
    <w:rsid w:val="00AA1D8D"/>
    <w:rsid w:val="00B47730"/>
    <w:rsid w:val="00BC7700"/>
    <w:rsid w:val="00CB0664"/>
    <w:rsid w:val="00D84C3F"/>
    <w:rsid w:val="00F306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344A3"/>
  <w14:defaultImageDpi w14:val="300"/>
  <w15:docId w15:val="{DE51020F-24DA-4AF2-A761-4D87BD88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1480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evelien saey</cp:lastModifiedBy>
  <cp:revision>2</cp:revision>
  <dcterms:created xsi:type="dcterms:W3CDTF">2026-08-19T08:34:00Z</dcterms:created>
  <dcterms:modified xsi:type="dcterms:W3CDTF">2026-08-19T08:34:00Z</dcterms:modified>
  <cp:category/>
</cp:coreProperties>
</file>